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חג הסיגד ואת הסיפור וההיסטוריה שמאחוריו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רעיון חידוש הברית ואת הקשר בין עבר להווה בחג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הנקרא, אוצר מילים ולשון דרך טקסטים על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פסקת טיעון קצרה וברורה בנושא ערכי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 זה חג הסיגד: שם, תאריך ומקור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השתחוות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כ״ט בחשון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חמישים 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 זה חג הסיגד: שם, תאריך ומקור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(השורש שמשמעותו השתחוות וסגידה)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(התאריך העברי של החג)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(שמה של קהילת יהודי אתיופיה)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 זה חג הסיגד: שם, תאריך ומקור – חשיבה והרחבה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חידוש הברית: מעזרא ונחמיה ועד היום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השתחוות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חמישים יום אחריו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חידוש הברית: מעזרא ונחמיה ועד היום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הטקסט מציין שהחג מהדהד את המעמד המתואר בימי עזרא ונחמיה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כמו בימי עזרא ונחמיה, גם בסיגד מתכנסת הקהילה כולה ומקשיבה לתורה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חידוש הברית: מעזרא ונחמיה ועד היום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חידוש הברית: מעזרא ונחמיה ועד היום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(מעמד שבו העם חידש ברית בירושלים בעבר)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(הנהיגו את התפילה וקראו מהתורה)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(ספר התורה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(השפה העתיקה שבה כתובה האורית)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הטקס על ההר באתיופיה: קסים, אורית וגעז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את הר סיני, מקום מתן 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הקסים, מנהיגי הקהילה הדתיים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הטקס על ההר באתיופיה: קסים, אורית וגעז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בני הקהילה לבשו בגדים לבנים ונקיים כסימן לטהרה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האורית נכתבה בגעז, שפה עתיקה; הקסים תרגמו לאמהרית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הטקס על ההר באתיופיה: קסים, אורית וגעז – השלמה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אמהרית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הטקס על ההר באתיופיה: קסים, אורית וגעז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(מנהיגי הקהילה הדתיים)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(ספר התורה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(שפה עתיקה של כתבי הקודש)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(שפת היומיום של הקהילה)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סיגד היום בירושלים: זיכרון, זהות והמשכיות – מה אנחנו יודעים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כיום רוב בני הקהילה חיים בישראל, והחלום הישן להגיע לירושלים התגשם לרבים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הקהילה מתכנסת על טיילת גבוהה בירושלים, כעין המשך לעלייה על ההר באתיופיה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הטקס בירושלים, כהמשך למסורת הלבוש הלבן מאתיופיה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סיגד היום בירושלים: זיכרון, זהות והמשכיות – מחברים בין אז והיום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שרים, רוקדים ואוכלים יחד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זה יוצר רצף והמשכיות בין הדורות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סיגד היום בירושלים: זיכרון, זהות והמשכיות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שני המקומות משמשים נקודת התכנסות גבוהה שבה הקהילה מתפללת ונזכרת בזהותה; הערכים והטקס נשמרים גם כשהמקום משתנה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דקדוק, לשון וכתיבת פסקת טיעון – הכרת מילים ושורשים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ס.ג.ד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השתחוות וסגידה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דקדוק, לשון וכתיבת פסקת טיעון – שורשים, זמנים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בטקסט נכתב שברית היא מחויבות שיש לרענן, ולא אירוע חד־פעמי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חידוש, מחדשים וחדש כולם מהשורש חד״ש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דקדוק, לשון וכתיבת פסקת טיעון – התאמת שורשים ומילים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(סגידה, השתחוות)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(חידוש)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(זיכרון)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(קהילה)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דקדוק, לשון וכתיבת פסקת טיעון – השלמת זמנים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מתכנסת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תעלה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שאלות סגורות על כל הפרקים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השתחוות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חמישים יום אחרי יום הכיפורים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עזרא ונחמיה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חזרה מסכמת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לציין: אחרי שיבת ציון התאסף העם, שמע את התורה והתחייב מחדש לשמור את המצוות; בסיגד הקהילה חוזרת ועושה פעולה דומה מדי שנה.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השתחוות/סגידה וכ״ט בחשון, חמישים יום אחרי יום הכיפורים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מזכירה את ההר כסמל להר סיני, בגדים לבנים, הקסים והאורית בגעז המתורגמת לאמהרית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טובה מסבירה שברית היא מחויבות מתחדשת, ומקשרת למעמד בירושלים בימי עזרא ונחמיה שבו העם קיבל מחדש את התורה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לפרוש את החוברת על פני 3-4 שיעורים: פרק אחד או שניים בכל שיעור, עם זמן לקריאה, תרגול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את רמת הטקסטים והמשפטים לפי קבוצת התלמידים (למשל קיצור משפטים לתלמידים עולים)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הקראה בקול ושימוש בתמיכה חזותית (תמונות, אמוג׳י) להבנת מילים חדשות כמו קסים, אורית וגעז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הכתיבה אפשר לתת בחירה בין כתיבה אישית לכתיבה כללית על ערכי החג, כדי לכבד רגישויות שונות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הזו תמצאו טקסטים קצרים, שאלות ותרגילים על חג הסיגד. עברו על הפרקים לפי הסדר, ובסוף כל פרק ענו על כרטיס היציאה כדי לבדוק את עצמכם.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מתכנסת  ·  תעלה  ·  ירושלים  ·  סיני  ·  אמהרית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מה זה חג הסיגד: שם, תאריך ומקור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פירוש המילה 'סיגד'?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שמחה וזמרה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זיכרון וסיפור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תאריך עברי חל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כ״ט בחשון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י׳ בטבת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כמה ימים עוברים בין יום הכיפורים לחג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חמישים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מאה יום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מה זה חג הסיגד: שם, תאריך ומקור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התאריך העברי של החג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כ״ט בחשון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שמה של קהילת יהודי 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ביתא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השורש שמשמעותו השתחוות וסגידה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מה זה חג הסיגד: שם, תאריך ומקור – חשיבה והרחבה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חידוש הברית: מעזרא ונחמיה ועד היום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פירוש המילה "סיגד"?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נדודים ממקום למקום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מתי חל חג הסיגד ביחס ליום הכיפורים?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עשרה ימים אחריו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חמישים יום אחריו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חודש אחריו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חידוש הברית: מעזרא ונחמיה ועד היום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לפי המסורת, חידוש הברית בסיגד מהדהד את המעמד בימי עזרא ונחמיה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בסיגד הקהילה מתכנסת ושומעת את התורה, בדומה למעמד בירושלים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חידוש הברית: מעזרא ונחמיה ועד היום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אחרי השיבה מגלות בבל התאסף העם ב__________ ושמע את קריאת התורה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2 · חידוש הברית: מעזרא ונחמיה ועד היום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עזרא ונחמיה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ספר התורה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השפה העתיקה שבה כתובה האורית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האורית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הנהיגו את התפילה וקראו מהתורה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מעמד שבו העם חידש ברית בירושלים בעבר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הטקס על ההר באתיופיה: קסים, אורית וגעז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לפי המסורת, מה סימל ההר הגבוה שאליו עלו בני הקהילה?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את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את הר סיני, מקום מתן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את הר הבית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הוביל את התפילה בטקס על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חיילים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מורים מהכפר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הקסים, מנהיגי הקהילה הדתיים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הטקס על ההר באתיופיה: קסים, אורית וגעז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הבגדים הלבנים בטקס היו סימל לטוהר ולהתחדשות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האורית נכתבה בשפת האמהרית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3 · הטקס על ההר באתיופיה: קסים, אורית וגעז – השלמה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הקסים תרגמו את דברי האורית לשפת ה__________ כדי שכל המתפללים יבינו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ההר שעליו עלתה הקהילה סימל, לפי המסורת, את הר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3 · הטקס על ההר באתיופיה: קסים, אורית וגעז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שפת היומיום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מנהיגי הקהילה הדתיים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ספר התורה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אמהרית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שפה עתיקה של כתבי הקודש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סיגד היום בירושלים: זיכרון, זהות והמשכיות – מה אנחנו יודעים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היום רוב בני קהילת ביתא ישראל חיים באתיופיה ולא בישראל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בחג הסיגד בירושלים מתכנסים אנשים על טיילת גבוהה מול נוף העיר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הקסים בירושלים לובשים בגדים לבנים ומחזיקים מטריות צבעוניות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סיגד היום בירושלים: זיכרון, זהות והמשכיות – מחברים בין אז והיום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קורה בטיילת בירושלים אחרי שהתפילה מסתיימת?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שרים, רוקדים ואוכלים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כולם הולכים לישון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מתחילים צום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למה חשוב, לפי הטקסט, שסבים, הורים וילדים עומדים יחד באותו מקום בחג?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זה יוצר רצף והמשכיות בין הדורות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זה מיועד רק למבוגרים בקהילה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אין לכך שום משמעות מיוחדת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4 · סיגד היום בירושלים: זיכרון, זהות והמשכיות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מדוע המעבר מהר באתיופיה לטיילת בירושלים נחשב המשכיות ולא ניתוק מהמסורת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דקדוק, לשון וכתיבת פסקת טיעון – הכרת מילים ושורשים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מהו השורש של המילה 'סיגד'?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ס.ג.ד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ס.י.ג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ג.ד.ל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פירוש השורש סג״ד לפי הטקסטים?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שמחה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נסיעה למקום רחוק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דקדוק, לשון וכתיבת פסקת טיעון – שורשים, זמנים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'ברית' בטקסט מתארת אירוע חד־פעמי שאינו חוזר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המילה 'חידוש' נגזרת מהשורש חד״ש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פרק 5 · דקדוק, לשון וכתיבת פסקת טיעון – התאמת שורשים ומילים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ס.ג.ד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חידוש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ח.ד.ש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סגידה, השתחוות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ז.כ.ר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ק.ה.ל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זיכרון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פרק 5 · דקדוק, לשון וכתיבת פסקת טיעון – השלמת זמנים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בסיגד הקהילה כולה __________ ומקשיבה לתורה (פועל בזמן הווה, שורש כ.נ.ס)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בשנה הבאה הקהילה __________ שוב על ההר, כמו בכל שנה (פועל בזמן עתיד, שורש ע.ל.ה)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19  חלק י״ט – חזרה מסכמת – שאלות סגורות על כל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המילה "סיגד" פירושה: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שמחה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זיכרון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חג הסיגד חל: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עשרה ימים אחרי ראש השנה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חמישים יום אחרי יום הכיפורים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בחודש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לפי המסורת, חידוש הברית בסיגד מזכיר סיפור מימי: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דוד ושלמה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משה ואהרן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עזרא ונחמיה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20  חלק כ׳ – חזרה מסכמת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הסבירו במילים שלכם מה הקשר בין סיפור עזרא ונחמיה לבין חג הסיגד.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המשמעות של המילה 'סיגד' ומתי חל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קרה בטקס על ההר באתיופיה, ואילו סמלים היו בו?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