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הסיפור וההיסטוריה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חידוש הברית ואת הקשר בין עבר להווה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אוצר מילים ולשון דרך טקסטים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קצרה וברורה בנושא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הסיגד: שם, תאריך ומקור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הסיגד: שם, תאריך ומקור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(השורש שמשמעותו 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(התאריך העברי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(פרק הזמן בין יום הכיפורים לסיגד)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(שמה של 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(הארץ שבה חיה הקהילה לאורך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הסיגד: שם, תאריך ומקור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השם מבטא השתחוות וענווה לפני האל, וזה מתאים לאופי התפילה והצום בחג.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הזמן מאפשר להשלים את תהליך התשובה שהחל בימים הנוראים ולחדש את ההתחייבות למצוות.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למרות הניתוק הקהילה המשיכה לשמור מצוות וזיכרון, מה שמראה שזהות יכולה להישמר גם בבידוד דרך מסורת חיה.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חידוש הברית: מעזרא ונחמיה ועד היום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שמעו קריאת תורה והתחייבו מחדש למצוות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חידוש הברית: מעזרא ונחמיה ועד היום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שהחג מהדהד את המעמד המתואר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בימי עזרא ונחמיה, גם בסיגד מתכנסת הקהילה כולה ומקשיבה לתורה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חידוש הברית: מעזרא ונחמיה ועד היום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חידוש הברית: מעזרא ונחמיה ועד היום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(מעמד שבו העם חידש ברית בירושלים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(הנהיגו את התפילה וקראו מהתורה)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(השפה העתיקה שבה כתובה האורית)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הטקס על ההר באתיופיה: קסים, אורית וגעז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הר סיני, מקום מתן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הקסים, מנהיגי הקהילה הדתיים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התורה של הקהילה, כתוב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הטקס על ההר באתיופיה: קסים, אורית וגעז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 הקהילה לבשו בגדים לבנים ונקיים כסימן לטהרה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נכתבה בגעז, שפה עתיקה; הקסים תרגמו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נשיאת האבן סימלה ענווה וחרטה, לא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הטקס על ההר באתיופיה: קסים, אורית וגעז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הטקס על ההר באתיופיה: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(שפה עתיקה של 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(שפת היומיום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(סימל לענווה ולחרטה)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היום בירושלים: זיכרון, זהות והמשכיות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חיים בישראל, והחלום הישן להגיע לירושלים התגשם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הקהילה מתכנסת על טיילת גבוהה בירושלים, כעין המשך לעלייה על ההר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הטקס בירושלים, כהמשך למסורת הלבוש הלבן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 התפילה יש שירה, ריקודים וארוחה חגיגית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מועד החג לא השתנה, גם כשחוגגים אותו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היום בירושלים: זיכרון, זהות והמשכיות – מחברים בין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שרים, רוקדים ואוכלים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שניהם מקום גבוה שבו הקהילה מתכנסת סביב זיכרון וזהות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צריך לחזור ולהתחייב אליה מחדש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יוצר רצף והמשכיות בין הדורות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זהות וזיכרון נבנים מבחירה לחגוג מחדש 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היום בירושלים: זיכרון, זהות והמשכיות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המקומות משמשים נקודת התכנסות גבוהה שבה הקהילה מתפללת ונזכרת בזהותה; הערכים והטקס נשמרים גם כשהמקום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שמתארת מנהג החוזר כל שנה ומחזק זהות משותפת או קשר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שנה הקהילה בוחרת מחדש להתכנס ולחדש את הברית, ובכך היא שומרת על זהותה באופן פעיל ולא רק כזיכרון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החג מבטא ערכים אוניברסליים כמו זיכרון, תקווה והמשכיות בין דורות, ולכן הוא רלוונטי ומשמעותי לכלל החברה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לשון וכתיבת פסקת טיעון – הכרת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ס.ג.ד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דקדוק, לשון וכתיבת פסקת טיעון – שורשים, זמנים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שברית היא מחויבות שיש לרענן, ולא אירוע חד־פעמי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חידוש, מחדשים וחדש כולם מהשורש חד״ש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דקדוק, לשון וכתיבת פסקת טיעון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(סגידה, 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(מתכנסת)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דקדוק, לשון וכתיבת פסקת טיעון – השלמת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רוב המתפללים לא הבינו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געגוע ותקווה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שילוב בין חשבון נפש לשמחה קהילתית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אחרי שיבת ציון התאסף העם, שמע את התורה והתחייב מחדש לשמור את המצוות; בסיגד הקהילה חוזרת ועושה פעולה דומה מדי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עמדה ברורה, לפחות שני נימוקים, ודוגמה (אפשר מהסיגד או מחיי היומיום).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עבר: מעמד קבלת התורה והעלייה בהר; הווה: הקהילה ממשיכה את המסורת בירושלים; תקווה: הכמיהה לירושלים שהתגשמה.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השתחוות/סגידה וכ״ט בחשון,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ההר כסמל להר סיני, בגדים לבנים, הקסים והאורית בגעז המתורגמת לאמהרית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שברית היא מחויבות מתחדשת, ומקשרת למעמד בירושלים בימי עזרא ונחמיה שבו העם קיבל מחדש 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3-4 שיעורים: פרק אחד או שניים בכל שיעור, עם זמן לקריאה, תרגול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והמשפטים לפי קבוצת התלמידים (למשל קיצור משפטים לתלמידים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הקראה בקול ושימוש בתמיכה חזותית (תמונות, אמוג׳י) להבנת מילים חדשות כמו קסים, אורית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בחירה בין כתיבה אישית לכתיבה כללית על ערכי החג, כדי לכבד רגישויות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תמצאו טקסטים קצרים, שאלות ותרגילים על חג הסיגד. עברו על הפרקים לפי הסדר, ובסוף כל פרק ענו על כרטיס היציאה כדי לבדוק את 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הסיגד: שם, תאריך ומקור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וזמרה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קציר ואסיף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עברי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עוברים בין יום הכיפורים לחג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נקראת קהילת יהודי אתיופיה שחוגגת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עדת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ארץ חיה הקהילה במשך מאות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הסיגד: שם, תאריך ומקור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פרק הזמן בין יום הכיפורים לסיגד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כ״ט בחשון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הארץ שבה חיה הקהילה לאורך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חמישים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שמה של קהילת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התאריך העברי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השורש שמשמעותו השתחוות וסגידה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הסיגד: שם, תאריך ומקור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השם 'סיגד' מתאים לאופי החג.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נבחר התאריך חמישים יום אחרי יום הכיפורים לחגיגת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העובדה שקהילת ביתא ישראל שמרה על זהות יהודית באתיופיה במשך מאות שנים, מרוחקת משאר העם, ממחישה את כוחה של מסורת?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חידוש הברית: מעזרא ונחמיה ועד היום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נדודים ממקום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 ביחס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ימים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העם בירושלים בימי עזרא ונחמיה,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מקדש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שמעו קריאת תורה והתחייבו מחדש למצוות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יצאו למלחמה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חגגו את הקציר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חידוש הברית: מעזרא ונחמיה ועד היום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חידוש הברית בסיגד מהדהד את המעמד בימי עזרא ונחמיה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בסיגד הקהילה מתכנסת ושומעת את התורה, בדומה למעמד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חידוש הברית: מעזרא ונחמיה ועד היום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השיבה מגלות בבל התאסף העם ב__________ ושמע את קריאת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בסיגד הקהילה כולה מתכנסת, __________ לתורה ומתחייבת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חידוש הברית: מעזרא ונחמיה ועד היום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מעמד שבו העם חידש ברית בירושלים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הנהיגו את התפילה וקראו מהתורה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התורה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הטקס על ההר באתיופיה: קסים, אורית וגעז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המסורת, מה סימל ההר הגבוה שאליו עלו בני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סיני, מקום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 הבית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שאין לו משמעות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הוביל את התפילה בטקס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מורים מהכפר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הקסים, מנהיגי הקהילה הדתיים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הקהילה, כתוב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ההר שעלו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הטקס על ההר באתיופיה: קסים, אורית וגעז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הבגדים הלבנים בטקס היו סימל לטוהר ולהתחדשות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נכתבה בשפת האמהרית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שנשאו אבן על ראשם עשו זאת כסימן לשמחה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הטקס על ההר באתיופיה: קסים, אורית וגעז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הקסים תרגמו את דברי האורית לשפת ה__________ כדי שכל המתפללים יבינו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 שעליו עלתה הקהילה סימל, לפי המסורת, את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בשפה עתיקה הנקראת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הטקס על ההר באתיופיה: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סימל לענווה ולחרטה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 על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עתיקה של כתבי הקודש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סיגד היום בירושלים: זיכרון, זהות והמשכיות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קהילת ביתא ישראל חיים באתיופיה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בירושלים מתכנסים אנשים על טיילת גבוהה מול נוף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בירושלים לובשים בגדים לבנים ומחזיקים מטריות צבעוניות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בירושלים הקהילה חוזרת הביתה בשקט בלי שירה או ריקוד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היום חג הסיגד חל 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סיגד היום בירושלים: זיכרון, זהות והמשכיות – מחברים בין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בטיילת בירושלים אחרי שהתפילה מסתיימת?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שרים, רוקדים ואוכלים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הולכים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מתחילים צום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אחד חוזר הביתה בלי להיפגש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משותף לעלייה על ההר באתיופיה ולהתכנסות בטיילת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מקום גבוה שבו הקהילה מתכנסת סביב זיכרון וזהות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הקסים משתתפים בשני המקומות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הטיילת מחליפה את הצום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הטקסט, למה 'ברית היא מחויבות שיש לרענן' ולא אירוע חד פעמי?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צריך לחזור ולהתחייב אליה מחדש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תקפה רק פעם אחת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רק הקסים צריכים לזכור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לשכוח אותה אחרי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חשוב, לפי הטקסט, שסבים, הורים וילדים עומדים יחד באותו מקום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יוצר רצף והמשכיות בין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מיועד רק למבוגרים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לכך שום משמעות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מחליף את הצורך בתפילה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הקהילה ממשיכה לחגוג סיגד גם אחרי שהגיעה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זהות וזיכרון נבנים מבחירה לחגוג מחדש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חוק שאסור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לקהילה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זהו אירוע לתיירים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סיגד היום בירושלים: זיכרון, זהות והמשכיות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המעבר מהר באתיופיה לטיילת בירושלים נחשב המשכיות ולא ניתוק מהמסורת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מהחיים שלכם או מהחברה הישראלית למסורת שנשמרת בזכות חזרה שנתית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הרעיון 'זהות נבנית מתוך בחירה חוזרת' והדגימו אותו מתוך חגיגת הסיגד בירושלים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שבה תסבירו מדוע סיגד נחשב היום לחג של כלל החברה הישראלית ולא רק של קהילת ביתא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דקדוק, לשון וכתיבת פסקת טיעון – הכרת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ס.י.ג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ד.ג.ס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השורש סג״ד לפי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למקום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הבאה היא שם עצם ולא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מתחייבת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דקדוק, לשון וכתיבת פסקת טיעון – שורשים, זמנים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'ברית' בטקסט מתארת אירוע חד־פעמי שאינו חוזר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'חידוש' נגזרת מהשורש חד״ש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דקדוק, לשון וכתיבת פסקת טיעון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ס.ג.ד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ח.ד.ש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ז.כ.ר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ק.ה.ל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כ.נ.ס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סגידה, השתחוות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דקדוק, לשון וכתיבת פסקת טיעון – השלמת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הקהילה כולה __________ ומקשיבה לתורה (פועל בזמן הווה, שורש כ.נ.ס)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בשנה הבאה הקהילה __________ שוב על ההר, כמו בכל שנה (פועל בזמן עתיד, שורש ע.ל.ה)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"סיגד"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חל: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המסורת, חידוש הברית בסיגד מזכיר סיפור מימי: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ואהרן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עזרא ונחמיה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ושרה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ההר שעליו עלו בני הקהילה באתיופיה סימל 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גריזים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ספר התורה של הקהילה, הכתוב בשפת געז,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הקסים תרגמו את הקריאה מגעז לאמהרית?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געז הייתה שפה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רוב המתפללים לא הבינו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אמהרית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נהוג בכל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מבטא המשפט "בשנה הבאה בירושלים" שאמרו בסוף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בקשה לגשם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ותקווה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ברכת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לצום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מסמל המעבר מצום בבוקר לשמחה וריקודים אחרי הצהריים?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שהחג חסר 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מקרי בתוכנית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בין חשבון נפש לשמחה 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במסורת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הקשר בין סיפור עזרא ונחמיה לבין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טיעון קצרה: האם לדעתכם חשוב שחברה תחדש מדי שנה את המחויבות שלה לערכים מסוימים?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חג הסיגד מחבר בין עבר, הווה ותקווה לעתיד, והשתמשו בדוגמה אחת מהטקס על ההר ודוגמה אחת מהחגיגה בירושלים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'סיגד' ומתי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בטקס על ההר באתיופיה, ואילו סמלים היו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'חידוש ברית' ומה הקשר שלו למעמד עזרא ונחמיה?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